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eastAsia="Times New Roman"/>
          <w:b/>
          <w:color w:val="17365D"/>
          <w:sz w:val="32"/>
        </w:rPr>
        <w:t>JOURNAL OF ROBOTICS AND INTELLIGENT SYSTEMS</w:t>
      </w:r>
    </w:p>
    <w:p>
      <w:pPr>
        <w:spacing w:after="20"/>
        <w:jc w:val="center"/>
      </w:pPr>
      <w:r>
        <w:rPr>
          <w:rFonts w:ascii="Times New Roman" w:hAnsi="Times New Roman" w:eastAsia="Times New Roman"/>
          <w:b/>
          <w:color w:val="365F91"/>
          <w:sz w:val="24"/>
        </w:rPr>
        <w:t>(JRIS)</w:t>
      </w:r>
    </w:p>
    <w:p>
      <w:pPr>
        <w:spacing w:after="20"/>
        <w:jc w:val="center"/>
      </w:pPr>
      <w:r>
        <w:rPr>
          <w:rFonts w:ascii="Times New Roman" w:hAnsi="Times New Roman" w:eastAsia="Times New Roman"/>
          <w:b/>
          <w:color w:val="222222"/>
          <w:sz w:val="20"/>
        </w:rPr>
        <w:t>Birmand Scientific Publishing Ltd</w:t>
      </w:r>
    </w:p>
    <w:p>
      <w:pPr>
        <w:spacing w:after="240"/>
        <w:jc w:val="center"/>
      </w:pPr>
      <w:hyperlink r:id="rId11">
        <w:r>
          <w:rPr>
            <w:rFonts w:ascii="Times New Roman" w:hAnsi="Times New Roman"/>
            <w:color w:val="365F91"/>
            <w:u w:val="single"/>
            <w:sz w:val="20"/>
          </w:rPr>
          <w:t>privacy@birmandpublishing.com</w:t>
        </w:r>
      </w:hyperlink>
      <w:r>
        <w:rPr>
          <w:rFonts w:ascii="Times New Roman" w:hAnsi="Times New Roman" w:eastAsia="Times New Roman"/>
          <w:color w:val="7F7F7F"/>
          <w:sz w:val="20"/>
        </w:rPr>
        <w:t xml:space="preserve">   |   </w:t>
      </w:r>
      <w:hyperlink r:id="rId12">
        <w:r>
          <w:rPr>
            <w:rFonts w:ascii="Times New Roman" w:hAnsi="Times New Roman"/>
            <w:color w:val="365F91"/>
            <w:u w:val="single"/>
            <w:sz w:val="20"/>
          </w:rPr>
          <w:t>www.birmandpublishing.com</w:t>
        </w:r>
      </w:hyperlink>
    </w:p>
    <w:tbl>
      <w:tblPr>
        <w:tblW w:type="auto" w:w="0"/>
        <w:jc w:val="center"/>
        <w:tblLayout w:type="fixed"/>
        <w:tblLook w:firstColumn="1" w:firstRow="1" w:lastColumn="0" w:lastRow="0" w:noHBand="0" w:noVBand="1" w:val="04A0"/>
        <w:tblBorders>
          <w:top w:val="single" w:sz="6" w:space="0" w:color="A6B8CE"/>
          <w:left w:val="single" w:sz="6" w:space="0" w:color="A6B8CE"/>
          <w:bottom w:val="single" w:sz="6" w:space="0" w:color="A6B8CE"/>
          <w:right w:val="single" w:sz="6" w:space="0" w:color="A6B8CE"/>
        </w:tblBorders>
      </w:tblPr>
      <w:tblGrid>
        <w:gridCol w:w="8901"/>
      </w:tblGrid>
      <w:tr>
        <w:tc>
          <w:tcPr>
            <w:tcW w:type="dxa" w:w="9072"/>
            <w:shd w:fill="DCE6F1"/>
            <w:tcMar>
              <w:top w:w="120" w:type="dxa"/>
              <w:start w:w="160" w:type="dxa"/>
              <w:bottom w:w="120" w:type="dxa"/>
              <w:end w:w="160" w:type="dxa"/>
            </w:tcMar>
          </w:tcPr>
          <w:p>
            <w:pPr>
              <w:spacing w:after="80"/>
            </w:pPr>
            <w:r>
              <w:rPr>
                <w:rFonts w:ascii="Times New Roman" w:hAnsi="Times New Roman" w:eastAsia="Times New Roman"/>
                <w:b/>
                <w:color w:val="17365D"/>
                <w:sz w:val="21"/>
              </w:rPr>
              <w:t>How to use this template</w:t>
            </w:r>
          </w:p>
          <w:p>
            <w:pPr>
              <w:pStyle w:val="JRISBody"/>
              <w:spacing w:after="40"/>
              <w:ind w:left="198" w:hanging="113"/>
            </w:pPr>
            <w:r>
              <w:rPr>
                <w:rFonts w:ascii="Times New Roman" w:hAnsi="Times New Roman" w:eastAsia="Times New Roman"/>
                <w:color w:val="222222"/>
                <w:sz w:val="19"/>
              </w:rPr>
              <w:t>• Replace all text shown in square brackets and delete these instructions before submission.</w:t>
            </w:r>
          </w:p>
          <w:p>
            <w:pPr>
              <w:pStyle w:val="JRISBody"/>
              <w:spacing w:after="40"/>
              <w:ind w:left="198" w:hanging="113"/>
            </w:pPr>
            <w:r>
              <w:rPr>
                <w:rFonts w:ascii="Times New Roman" w:hAnsi="Times New Roman" w:eastAsia="Times New Roman"/>
                <w:color w:val="222222"/>
                <w:sz w:val="19"/>
              </w:rPr>
              <w:t>• Use this single-column layout; do not change the page size, margins, fonts, or heading styles.</w:t>
            </w:r>
          </w:p>
          <w:p>
            <w:pPr>
              <w:pStyle w:val="JRISBody"/>
              <w:spacing w:after="40"/>
              <w:ind w:left="198" w:hanging="113"/>
            </w:pPr>
            <w:r>
              <w:rPr>
                <w:rFonts w:ascii="Times New Roman" w:hAnsi="Times New Roman" w:eastAsia="Times New Roman"/>
                <w:color w:val="222222"/>
                <w:sz w:val="19"/>
              </w:rPr>
              <w:t>• Cite references in numerical order using square brackets, for example [1] or [2–4].</w:t>
            </w:r>
          </w:p>
          <w:p>
            <w:pPr>
              <w:pStyle w:val="JRISBody"/>
              <w:spacing w:after="40"/>
              <w:ind w:left="198" w:hanging="113"/>
            </w:pPr>
            <w:r>
              <w:rPr>
                <w:rFonts w:ascii="Times New Roman" w:hAnsi="Times New Roman" w:eastAsia="Times New Roman"/>
                <w:color w:val="222222"/>
                <w:sz w:val="19"/>
              </w:rPr>
              <w:t>• Place each table or figure close to its first mention and provide a clear caption.</w:t>
            </w:r>
          </w:p>
        </w:tc>
      </w:tr>
    </w:tbl>
    <w:p>
      <w:pPr>
        <w:spacing w:before="200" w:after="60"/>
      </w:pPr>
      <w:r>
        <w:rPr>
          <w:rFonts w:ascii="Times New Roman" w:hAnsi="Times New Roman" w:eastAsia="Times New Roman"/>
          <w:b/>
          <w:sz w:val="20"/>
        </w:rPr>
        <w:t xml:space="preserve">Manuscript type: </w:t>
      </w:r>
      <w:r>
        <w:rPr>
          <w:rFonts w:ascii="Times New Roman" w:hAnsi="Times New Roman" w:eastAsia="Times New Roman"/>
          <w:i/>
          <w:color w:val="7F7F7F"/>
          <w:sz w:val="20"/>
        </w:rPr>
        <w:t>[Research Article / Review Article / Short Communication / Technical Note]</w:t>
      </w:r>
    </w:p>
    <w:p>
      <w:pPr>
        <w:keepNext/>
        <w:spacing w:before="160" w:after="160"/>
        <w:jc w:val="center"/>
      </w:pPr>
      <w:r>
        <w:rPr>
          <w:rFonts w:ascii="Times New Roman" w:hAnsi="Times New Roman" w:eastAsia="Times New Roman"/>
          <w:b/>
          <w:color w:val="222222"/>
          <w:sz w:val="32"/>
        </w:rPr>
        <w:t>[Concise and Informative Manuscript Title]</w:t>
      </w:r>
    </w:p>
    <w:p>
      <w:pPr>
        <w:spacing w:after="80"/>
        <w:jc w:val="center"/>
      </w:pPr>
      <w:r>
        <w:rPr>
          <w:rFonts w:ascii="Times New Roman" w:hAnsi="Times New Roman" w:eastAsia="Times New Roman"/>
          <w:b/>
          <w:sz w:val="22"/>
        </w:rPr>
        <w:t>[First Author]¹, [Second Author]², and [Corresponding Author]¹*</w:t>
      </w:r>
    </w:p>
    <w:p>
      <w:pPr>
        <w:spacing w:after="40"/>
        <w:jc w:val="center"/>
      </w:pPr>
      <w:r>
        <w:rPr>
          <w:rFonts w:ascii="Times New Roman" w:hAnsi="Times New Roman" w:eastAsia="Times New Roman"/>
          <w:i/>
          <w:sz w:val="20"/>
        </w:rPr>
        <w:t>¹[Department, Institution, City, Country]</w:t>
      </w:r>
    </w:p>
    <w:p>
      <w:pPr>
        <w:spacing w:after="40"/>
        <w:jc w:val="center"/>
      </w:pPr>
      <w:r>
        <w:rPr>
          <w:rFonts w:ascii="Times New Roman" w:hAnsi="Times New Roman" w:eastAsia="Times New Roman"/>
          <w:i/>
          <w:sz w:val="20"/>
        </w:rPr>
        <w:t>²[Department, Institution, City, Country]</w:t>
      </w:r>
    </w:p>
    <w:p>
      <w:pPr>
        <w:spacing w:after="200"/>
        <w:jc w:val="center"/>
      </w:pPr>
      <w:r>
        <w:rPr>
          <w:rFonts w:ascii="Times New Roman" w:hAnsi="Times New Roman" w:eastAsia="Times New Roman"/>
          <w:i/>
          <w:color w:val="7F7F7F"/>
          <w:sz w:val="19"/>
        </w:rPr>
        <w:t>*Corresponding author: [name], [email address]; ORCID: [0000-0000-0000-0000]</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2891"/>
        <w:gridCol w:w="2891"/>
        <w:gridCol w:w="2891"/>
      </w:tblGrid>
      <w:tr>
        <w:tc>
          <w:tcPr>
            <w:tcW w:type="dxa" w:w="3024"/>
            <w:shd w:fill="F2F2F2"/>
            <w:tcMar>
              <w:top w:w="70" w:type="dxa"/>
              <w:start w:w="80" w:type="dxa"/>
              <w:bottom w:w="70" w:type="dxa"/>
              <w:end w:w="80" w:type="dxa"/>
            </w:tcMar>
          </w:tcPr>
          <w:p>
            <w:pPr>
              <w:jc w:val="center"/>
            </w:pPr>
            <w:r>
              <w:rPr>
                <w:rFonts w:ascii="Times New Roman" w:hAnsi="Times New Roman" w:eastAsia="Times New Roman"/>
                <w:i/>
                <w:color w:val="7F7F7F"/>
                <w:sz w:val="17"/>
              </w:rPr>
              <w:t>Received: [editorial use]</w:t>
            </w:r>
          </w:p>
        </w:tc>
        <w:tc>
          <w:tcPr>
            <w:tcW w:type="dxa" w:w="3024"/>
            <w:shd w:fill="F2F2F2"/>
            <w:tcMar>
              <w:top w:w="70" w:type="dxa"/>
              <w:start w:w="80" w:type="dxa"/>
              <w:bottom w:w="70" w:type="dxa"/>
              <w:end w:w="80" w:type="dxa"/>
            </w:tcMar>
          </w:tcPr>
          <w:p>
            <w:pPr>
              <w:jc w:val="center"/>
            </w:pPr>
            <w:r>
              <w:rPr>
                <w:rFonts w:ascii="Times New Roman" w:hAnsi="Times New Roman" w:eastAsia="Times New Roman"/>
                <w:i/>
                <w:color w:val="7F7F7F"/>
                <w:sz w:val="17"/>
              </w:rPr>
              <w:t>Revised: [editorial use]</w:t>
            </w:r>
          </w:p>
        </w:tc>
        <w:tc>
          <w:tcPr>
            <w:tcW w:type="dxa" w:w="3024"/>
            <w:shd w:fill="F2F2F2"/>
            <w:tcMar>
              <w:top w:w="70" w:type="dxa"/>
              <w:start w:w="80" w:type="dxa"/>
              <w:bottom w:w="70" w:type="dxa"/>
              <w:end w:w="80" w:type="dxa"/>
            </w:tcMar>
          </w:tcPr>
          <w:p>
            <w:pPr>
              <w:jc w:val="center"/>
            </w:pPr>
            <w:r>
              <w:rPr>
                <w:rFonts w:ascii="Times New Roman" w:hAnsi="Times New Roman" w:eastAsia="Times New Roman"/>
                <w:i/>
                <w:color w:val="7F7F7F"/>
                <w:sz w:val="17"/>
              </w:rPr>
              <w:t>Accepted: [editorial use]</w:t>
            </w:r>
          </w:p>
        </w:tc>
      </w:tr>
    </w:tbl>
    <w:p>
      <w:pPr>
        <w:pStyle w:val="JRISHeading1"/>
        <w:keepNext/>
      </w:pPr>
      <w:r>
        <w:rPr>
          <w:rFonts w:ascii="Times New Roman" w:hAnsi="Times New Roman" w:eastAsia="Times New Roman"/>
          <w:b/>
          <w:color w:val="17365D"/>
          <w:sz w:val="24"/>
        </w:rPr>
        <w:t>Abstract</w:t>
      </w:r>
    </w:p>
    <w:p>
      <w:pPr>
        <w:spacing w:before="0" w:after="80"/>
      </w:pPr>
      <w:r>
        <w:rPr>
          <w:rFonts w:ascii="Times New Roman" w:hAnsi="Times New Roman" w:eastAsia="Times New Roman"/>
          <w:i/>
          <w:color w:val="7F7F7F"/>
          <w:sz w:val="20"/>
        </w:rPr>
        <w:t>[150–250 words. Briefly state the problem, objective, methods, principal results, and main conclusion. Do not include citations unless essential.]</w:t>
      </w:r>
    </w:p>
    <w:p>
      <w:pPr>
        <w:pStyle w:val="JRISBody"/>
        <w:spacing w:after="160"/>
      </w:pPr>
      <w:r>
        <w:rPr>
          <w:rFonts w:ascii="Times New Roman" w:hAnsi="Times New Roman" w:eastAsia="Times New Roman"/>
          <w:b/>
          <w:sz w:val="22"/>
        </w:rPr>
        <w:t xml:space="preserve">Keywords: </w:t>
      </w:r>
      <w:r>
        <w:rPr>
          <w:rFonts w:ascii="Times New Roman" w:hAnsi="Times New Roman" w:eastAsia="Times New Roman"/>
          <w:i/>
          <w:color w:val="7F7F7F"/>
          <w:sz w:val="22"/>
        </w:rPr>
        <w:t>[robotics]; [intelligent systems]; [automation]; [control]; [4–7 keywords]</w:t>
      </w:r>
    </w:p>
    <w:p>
      <w:pPr>
        <w:pStyle w:val="JRISHeading1"/>
        <w:keepNext/>
      </w:pPr>
      <w:r>
        <w:rPr>
          <w:rFonts w:ascii="Times New Roman" w:hAnsi="Times New Roman" w:eastAsia="Times New Roman"/>
          <w:b/>
          <w:color w:val="17365D"/>
          <w:sz w:val="24"/>
        </w:rPr>
        <w:t>1. Introduction</w:t>
      </w:r>
    </w:p>
    <w:p>
      <w:pPr>
        <w:spacing w:before="0" w:after="80"/>
      </w:pPr>
      <w:r>
        <w:rPr>
          <w:rFonts w:ascii="Times New Roman" w:hAnsi="Times New Roman" w:eastAsia="Times New Roman"/>
          <w:i/>
          <w:color w:val="7F7F7F"/>
          <w:sz w:val="20"/>
        </w:rPr>
        <w:t>[Explain the background, research gap, objective, and contribution. End the section with a clear statement of the paper’s purpose or main contributions.]</w:t>
      </w:r>
    </w:p>
    <w:p>
      <w:pPr>
        <w:pStyle w:val="JRISBody"/>
        <w:keepNext w:val="0"/>
        <w:spacing w:after="120"/>
      </w:pPr>
      <w:r>
        <w:rPr>
          <w:rFonts w:ascii="Times New Roman" w:hAnsi="Times New Roman" w:eastAsia="Times New Roman"/>
          <w:i w:val="0"/>
          <w:sz w:val="22"/>
        </w:rPr>
        <w:t>[Insert introduction text here. Use numerical citations in the order they first appear, for example [1]. Multiple sources may be cited as [2–4].]</w:t>
      </w:r>
    </w:p>
    <w:p>
      <w:pPr>
        <w:pStyle w:val="JRISHeading1"/>
        <w:keepNext/>
      </w:pPr>
      <w:r>
        <w:rPr>
          <w:rFonts w:ascii="Times New Roman" w:hAnsi="Times New Roman" w:eastAsia="Times New Roman"/>
          <w:b/>
          <w:color w:val="17365D"/>
          <w:sz w:val="24"/>
        </w:rPr>
        <w:t>2. Materials and Methods</w:t>
      </w:r>
    </w:p>
    <w:p>
      <w:pPr>
        <w:spacing w:before="0" w:after="80"/>
      </w:pPr>
      <w:r>
        <w:rPr>
          <w:rFonts w:ascii="Times New Roman" w:hAnsi="Times New Roman" w:eastAsia="Times New Roman"/>
          <w:i/>
          <w:color w:val="7F7F7F"/>
          <w:sz w:val="20"/>
        </w:rPr>
        <w:t>[Describe the system, hardware, software, datasets, algorithms, experimental design, evaluation metrics, and statistical methods in enough detail for reproducibility.]</w:t>
      </w:r>
    </w:p>
    <w:p>
      <w:pPr>
        <w:pStyle w:val="JRISHeading2"/>
        <w:keepNext/>
      </w:pPr>
      <w:r>
        <w:rPr>
          <w:rFonts w:ascii="Times New Roman" w:hAnsi="Times New Roman" w:eastAsia="Times New Roman"/>
          <w:b/>
          <w:color w:val="222222"/>
          <w:sz w:val="22"/>
        </w:rPr>
        <w:t>2.1. System or Experimental Setup</w:t>
      </w:r>
    </w:p>
    <w:p>
      <w:pPr>
        <w:pStyle w:val="JRISBody"/>
        <w:keepNext w:val="0"/>
        <w:spacing w:after="120"/>
      </w:pPr>
      <w:r>
        <w:rPr>
          <w:rFonts w:ascii="Times New Roman" w:hAnsi="Times New Roman" w:eastAsia="Times New Roman"/>
          <w:i w:val="0"/>
          <w:sz w:val="22"/>
        </w:rPr>
        <w:t>[Insert details of the robot, sensors, actuators, controller, simulation environment, test platform, or dataset.]</w:t>
      </w:r>
    </w:p>
    <w:p>
      <w:pPr>
        <w:pStyle w:val="JRISHeading2"/>
        <w:keepNext/>
      </w:pPr>
      <w:r>
        <w:rPr>
          <w:rFonts w:ascii="Times New Roman" w:hAnsi="Times New Roman" w:eastAsia="Times New Roman"/>
          <w:b/>
          <w:color w:val="222222"/>
          <w:sz w:val="22"/>
        </w:rPr>
        <w:t>2.2. Parameters and Evaluation</w:t>
      </w:r>
    </w:p>
    <w:tbl>
      <w:tblPr>
        <w:tblStyle w:val="TableGrid"/>
        <w:tblW w:type="auto" w:w="0"/>
        <w:jc w:val="center"/>
        <w:tblLayout w:type="fixed"/>
        <w:tblLook w:firstColumn="1" w:firstRow="1" w:lastColumn="0" w:lastRow="0" w:noHBand="0" w:noVBand="1" w:val="04A0"/>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Pr>
      <w:tblGrid>
        <w:gridCol w:w="2381"/>
        <w:gridCol w:w="1304"/>
        <w:gridCol w:w="1417"/>
        <w:gridCol w:w="3515"/>
      </w:tblGrid>
      <w:tr>
        <w:trPr>
          <w:trHeight w:val="360" w:hRule="atLeast"/>
          <w:tblHeader w:val="true"/>
        </w:trPr>
        <w:tc>
          <w:tcPr>
            <w:tcW w:type="dxa" w:w="2268"/>
            <w:shd w:fill="17365D"/>
            <w:vAlign w:val="center"/>
          </w:tcPr>
          <w:p>
            <w:pPr>
              <w:jc w:val="center"/>
            </w:pPr>
            <w:r>
              <w:rPr>
                <w:rFonts w:ascii="Times New Roman" w:hAnsi="Times New Roman" w:eastAsia="Times New Roman"/>
                <w:b/>
                <w:color w:val="FFFFFF"/>
                <w:sz w:val="19"/>
              </w:rPr>
              <w:t>Parameter</w:t>
            </w:r>
          </w:p>
        </w:tc>
        <w:tc>
          <w:tcPr>
            <w:tcW w:type="dxa" w:w="2268"/>
            <w:shd w:fill="17365D"/>
            <w:vAlign w:val="center"/>
          </w:tcPr>
          <w:p>
            <w:pPr>
              <w:jc w:val="center"/>
            </w:pPr>
            <w:r>
              <w:rPr>
                <w:rFonts w:ascii="Times New Roman" w:hAnsi="Times New Roman" w:eastAsia="Times New Roman"/>
                <w:b/>
                <w:color w:val="FFFFFF"/>
                <w:sz w:val="19"/>
              </w:rPr>
              <w:t>Symbol</w:t>
            </w:r>
          </w:p>
        </w:tc>
        <w:tc>
          <w:tcPr>
            <w:tcW w:type="dxa" w:w="2268"/>
            <w:shd w:fill="17365D"/>
            <w:vAlign w:val="center"/>
          </w:tcPr>
          <w:p>
            <w:pPr>
              <w:jc w:val="center"/>
            </w:pPr>
            <w:r>
              <w:rPr>
                <w:rFonts w:ascii="Times New Roman" w:hAnsi="Times New Roman" w:eastAsia="Times New Roman"/>
                <w:b/>
                <w:color w:val="FFFFFF"/>
                <w:sz w:val="19"/>
              </w:rPr>
              <w:t>Value</w:t>
            </w:r>
          </w:p>
        </w:tc>
        <w:tc>
          <w:tcPr>
            <w:tcW w:type="dxa" w:w="2268"/>
            <w:shd w:fill="17365D"/>
            <w:vAlign w:val="center"/>
          </w:tcPr>
          <w:p>
            <w:pPr>
              <w:jc w:val="center"/>
            </w:pPr>
            <w:r>
              <w:rPr>
                <w:rFonts w:ascii="Times New Roman" w:hAnsi="Times New Roman" w:eastAsia="Times New Roman"/>
                <w:b/>
                <w:color w:val="FFFFFF"/>
                <w:sz w:val="19"/>
              </w:rPr>
              <w:t>Unit / Description</w:t>
            </w:r>
          </w:p>
        </w:tc>
      </w:tr>
      <w:tr>
        <w:trPr>
          <w:trHeight w:val="360" w:hRule="atLeast"/>
        </w:trPr>
        <w:tc>
          <w:tcPr>
            <w:tcW w:type="dxa" w:w="2268"/>
            <w:vAlign w:val="center"/>
          </w:tcPr>
          <w:p>
            <w:pPr>
              <w:jc w:val="left"/>
            </w:pPr>
            <w:r>
              <w:rPr>
                <w:rFonts w:ascii="Times New Roman" w:hAnsi="Times New Roman" w:eastAsia="Times New Roman"/>
                <w:i/>
                <w:color w:val="7F7F7F"/>
                <w:sz w:val="19"/>
              </w:rPr>
              <w:t>[Parameter 1]</w:t>
            </w:r>
          </w:p>
        </w:tc>
        <w:tc>
          <w:tcPr>
            <w:tcW w:type="dxa" w:w="2268"/>
            <w:vAlign w:val="center"/>
          </w:tcPr>
          <w:p>
            <w:pPr>
              <w:jc w:val="center"/>
            </w:pPr>
            <w:r>
              <w:rPr>
                <w:rFonts w:ascii="Times New Roman" w:hAnsi="Times New Roman" w:eastAsia="Times New Roman"/>
                <w:i/>
                <w:color w:val="7F7F7F"/>
                <w:sz w:val="19"/>
              </w:rPr>
              <w:t>[x₁]</w:t>
            </w:r>
          </w:p>
        </w:tc>
        <w:tc>
          <w:tcPr>
            <w:tcW w:type="dxa" w:w="2268"/>
            <w:vAlign w:val="center"/>
          </w:tcPr>
          <w:p>
            <w:pPr>
              <w:jc w:val="center"/>
            </w:pPr>
            <w:r>
              <w:rPr>
                <w:rFonts w:ascii="Times New Roman" w:hAnsi="Times New Roman" w:eastAsia="Times New Roman"/>
                <w:i/>
                <w:color w:val="7F7F7F"/>
                <w:sz w:val="19"/>
              </w:rPr>
              <w:t>[value]</w:t>
            </w:r>
          </w:p>
        </w:tc>
        <w:tc>
          <w:tcPr>
            <w:tcW w:type="dxa" w:w="2268"/>
            <w:vAlign w:val="center"/>
          </w:tcPr>
          <w:p>
            <w:pPr>
              <w:jc w:val="left"/>
            </w:pPr>
            <w:r>
              <w:rPr>
                <w:rFonts w:ascii="Times New Roman" w:hAnsi="Times New Roman" w:eastAsia="Times New Roman"/>
                <w:i/>
                <w:color w:val="7F7F7F"/>
                <w:sz w:val="19"/>
              </w:rPr>
              <w:t>[unit or description]</w:t>
            </w:r>
          </w:p>
        </w:tc>
      </w:tr>
      <w:tr>
        <w:trPr>
          <w:trHeight w:val="360" w:hRule="atLeast"/>
        </w:trPr>
        <w:tc>
          <w:tcPr>
            <w:tcW w:type="dxa" w:w="2268"/>
            <w:vAlign w:val="center"/>
            <w:shd w:fill="F7F9FC"/>
          </w:tcPr>
          <w:p>
            <w:pPr>
              <w:jc w:val="left"/>
            </w:pPr>
            <w:r>
              <w:rPr>
                <w:rFonts w:ascii="Times New Roman" w:hAnsi="Times New Roman" w:eastAsia="Times New Roman"/>
                <w:i/>
                <w:color w:val="7F7F7F"/>
                <w:sz w:val="19"/>
              </w:rPr>
              <w:t>[Parameter 2]</w:t>
            </w:r>
          </w:p>
        </w:tc>
        <w:tc>
          <w:tcPr>
            <w:tcW w:type="dxa" w:w="2268"/>
            <w:vAlign w:val="center"/>
            <w:shd w:fill="F7F9FC"/>
          </w:tcPr>
          <w:p>
            <w:pPr>
              <w:jc w:val="center"/>
            </w:pPr>
            <w:r>
              <w:rPr>
                <w:rFonts w:ascii="Times New Roman" w:hAnsi="Times New Roman" w:eastAsia="Times New Roman"/>
                <w:i/>
                <w:color w:val="7F7F7F"/>
                <w:sz w:val="19"/>
              </w:rPr>
              <w:t>[x₂]</w:t>
            </w:r>
          </w:p>
        </w:tc>
        <w:tc>
          <w:tcPr>
            <w:tcW w:type="dxa" w:w="2268"/>
            <w:vAlign w:val="center"/>
            <w:shd w:fill="F7F9FC"/>
          </w:tcPr>
          <w:p>
            <w:pPr>
              <w:jc w:val="center"/>
            </w:pPr>
            <w:r>
              <w:rPr>
                <w:rFonts w:ascii="Times New Roman" w:hAnsi="Times New Roman" w:eastAsia="Times New Roman"/>
                <w:i/>
                <w:color w:val="7F7F7F"/>
                <w:sz w:val="19"/>
              </w:rPr>
              <w:t>[value]</w:t>
            </w:r>
          </w:p>
        </w:tc>
        <w:tc>
          <w:tcPr>
            <w:tcW w:type="dxa" w:w="2268"/>
            <w:vAlign w:val="center"/>
            <w:shd w:fill="F7F9FC"/>
          </w:tcPr>
          <w:p>
            <w:pPr>
              <w:jc w:val="left"/>
            </w:pPr>
            <w:r>
              <w:rPr>
                <w:rFonts w:ascii="Times New Roman" w:hAnsi="Times New Roman" w:eastAsia="Times New Roman"/>
                <w:i/>
                <w:color w:val="7F7F7F"/>
                <w:sz w:val="19"/>
              </w:rPr>
              <w:t>[unit or description]</w:t>
            </w:r>
          </w:p>
        </w:tc>
      </w:tr>
      <w:tr>
        <w:trPr>
          <w:trHeight w:val="360" w:hRule="atLeast"/>
        </w:trPr>
        <w:tc>
          <w:tcPr>
            <w:tcW w:type="dxa" w:w="2268"/>
            <w:vAlign w:val="center"/>
          </w:tcPr>
          <w:p>
            <w:pPr>
              <w:jc w:val="left"/>
            </w:pPr>
            <w:r>
              <w:rPr>
                <w:rFonts w:ascii="Times New Roman" w:hAnsi="Times New Roman" w:eastAsia="Times New Roman"/>
                <w:i/>
                <w:color w:val="7F7F7F"/>
                <w:sz w:val="19"/>
              </w:rPr>
              <w:t>[Parameter 3]</w:t>
            </w:r>
          </w:p>
        </w:tc>
        <w:tc>
          <w:tcPr>
            <w:tcW w:type="dxa" w:w="2268"/>
            <w:vAlign w:val="center"/>
          </w:tcPr>
          <w:p>
            <w:pPr>
              <w:jc w:val="center"/>
            </w:pPr>
            <w:r>
              <w:rPr>
                <w:rFonts w:ascii="Times New Roman" w:hAnsi="Times New Roman" w:eastAsia="Times New Roman"/>
                <w:i/>
                <w:color w:val="7F7F7F"/>
                <w:sz w:val="19"/>
              </w:rPr>
              <w:t>[x₃]</w:t>
            </w:r>
          </w:p>
        </w:tc>
        <w:tc>
          <w:tcPr>
            <w:tcW w:type="dxa" w:w="2268"/>
            <w:vAlign w:val="center"/>
          </w:tcPr>
          <w:p>
            <w:pPr>
              <w:jc w:val="center"/>
            </w:pPr>
            <w:r>
              <w:rPr>
                <w:rFonts w:ascii="Times New Roman" w:hAnsi="Times New Roman" w:eastAsia="Times New Roman"/>
                <w:i/>
                <w:color w:val="7F7F7F"/>
                <w:sz w:val="19"/>
              </w:rPr>
              <w:t>[value]</w:t>
            </w:r>
          </w:p>
        </w:tc>
        <w:tc>
          <w:tcPr>
            <w:tcW w:type="dxa" w:w="2268"/>
            <w:vAlign w:val="center"/>
          </w:tcPr>
          <w:p>
            <w:pPr>
              <w:jc w:val="left"/>
            </w:pPr>
            <w:r>
              <w:rPr>
                <w:rFonts w:ascii="Times New Roman" w:hAnsi="Times New Roman" w:eastAsia="Times New Roman"/>
                <w:i/>
                <w:color w:val="7F7F7F"/>
                <w:sz w:val="19"/>
              </w:rPr>
              <w:t>[unit or description]</w:t>
            </w:r>
          </w:p>
        </w:tc>
      </w:tr>
    </w:tbl>
    <w:p>
      <w:pPr>
        <w:pStyle w:val="JRISCaption"/>
        <w:keepNext w:val="0"/>
        <w:jc w:val="center"/>
      </w:pPr>
      <w:r>
        <w:rPr>
          <w:rFonts w:ascii="Times New Roman" w:hAnsi="Times New Roman" w:eastAsia="Times New Roman"/>
          <w:i/>
          <w:sz w:val="20"/>
        </w:rPr>
        <w:t>Table 1. [Concise table title].</w:t>
      </w:r>
    </w:p>
    <w:p>
      <w:pPr>
        <w:pStyle w:val="JRISBody"/>
        <w:spacing w:before="100" w:after="100"/>
        <w:jc w:val="center"/>
      </w:pPr>
      <w:r>
        <w:rPr>
          <w:rFonts w:ascii="Times New Roman" w:hAnsi="Times New Roman" w:eastAsia="Times New Roman"/>
          <w:i/>
          <w:color w:val="7F7F7F"/>
          <w:sz w:val="22"/>
        </w:rPr>
        <w:t>[Insert equation here]</w:t>
      </w:r>
      <w:r>
        <w:rPr>
          <w:rFonts w:ascii="Times New Roman" w:hAnsi="Times New Roman" w:eastAsia="Times New Roman"/>
          <w:sz w:val="22"/>
        </w:rPr>
        <w:t xml:space="preserve">                                                    (1)</w:t>
      </w:r>
    </w:p>
    <w:p>
      <w:pPr>
        <w:pStyle w:val="JRISBody"/>
        <w:keepNext w:val="0"/>
        <w:spacing w:after="120"/>
      </w:pPr>
      <w:r>
        <w:rPr>
          <w:rFonts w:ascii="Times New Roman" w:hAnsi="Times New Roman" w:eastAsia="Times New Roman"/>
          <w:i w:val="0"/>
          <w:sz w:val="22"/>
        </w:rPr>
        <w:t>where [define every symbol and unit used in Equation (1)].</w:t>
      </w:r>
    </w:p>
    <w:p>
      <w:pPr>
        <w:pStyle w:val="JRISHeading1"/>
        <w:keepNext/>
      </w:pPr>
      <w:r>
        <w:rPr>
          <w:rFonts w:ascii="Times New Roman" w:hAnsi="Times New Roman" w:eastAsia="Times New Roman"/>
          <w:b/>
          <w:color w:val="17365D"/>
          <w:sz w:val="24"/>
        </w:rPr>
        <w:t>3. Results</w:t>
      </w:r>
    </w:p>
    <w:p>
      <w:pPr>
        <w:spacing w:before="0" w:after="80"/>
      </w:pPr>
      <w:r>
        <w:rPr>
          <w:rFonts w:ascii="Times New Roman" w:hAnsi="Times New Roman" w:eastAsia="Times New Roman"/>
          <w:i/>
          <w:color w:val="7F7F7F"/>
          <w:sz w:val="20"/>
        </w:rPr>
        <w:t>[Present findings clearly and objectively. Refer to every table and figure in the text. Avoid repeating all numerical values from tables.]</w:t>
      </w:r>
    </w:p>
    <w:p>
      <w:pPr>
        <w:pStyle w:val="JRISBody"/>
        <w:keepNext w:val="0"/>
        <w:spacing w:after="120"/>
      </w:pPr>
      <w:r>
        <w:rPr>
          <w:rFonts w:ascii="Times New Roman" w:hAnsi="Times New Roman" w:eastAsia="Times New Roman"/>
          <w:i w:val="0"/>
          <w:sz w:val="22"/>
        </w:rPr>
        <w:t>[Insert results text here. For example: The proposed method reduced the mean tracking error compared with the baseline, as shown in Table 1 and Figure 1.]</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tblBorders>
      </w:tblPr>
      <w:tblGrid>
        <w:gridCol w:w="8220"/>
      </w:tblGrid>
      <w:tr>
        <w:trPr>
          <w:trHeight w:val="2100" w:hRule="atLeast"/>
        </w:trPr>
        <w:tc>
          <w:tcPr>
            <w:tcW w:type="dxa" w:w="9072"/>
            <w:shd w:fill="FAFAFA"/>
            <w:tcMar>
              <w:top w:w="200" w:type="dxa"/>
              <w:start w:w="120" w:type="dxa"/>
              <w:bottom w:w="200" w:type="dxa"/>
              <w:end w:w="120" w:type="dxa"/>
            </w:tcMar>
            <w:vAlign w:val="center"/>
          </w:tcPr>
          <w:p>
            <w:pPr>
              <w:jc w:val="center"/>
            </w:pPr>
            <w:r>
              <w:rPr>
                <w:rFonts w:ascii="Times New Roman" w:hAnsi="Times New Roman" w:eastAsia="Times New Roman"/>
                <w:i/>
                <w:color w:val="7F7F7F"/>
                <w:sz w:val="22"/>
              </w:rPr>
              <w:t>[Insert high-resolution figure here]</w:t>
            </w:r>
          </w:p>
        </w:tc>
      </w:tr>
    </w:tbl>
    <w:p>
      <w:pPr>
        <w:pStyle w:val="JRISCaption"/>
        <w:keepNext w:val="0"/>
        <w:jc w:val="center"/>
      </w:pPr>
      <w:r>
        <w:rPr>
          <w:rFonts w:ascii="Times New Roman" w:hAnsi="Times New Roman" w:eastAsia="Times New Roman"/>
          <w:i/>
          <w:sz w:val="20"/>
        </w:rPr>
        <w:t>Figure 1. [Concise figure caption explaining symbols, panels, and abbreviations].</w:t>
      </w:r>
    </w:p>
    <w:p>
      <w:pPr>
        <w:pStyle w:val="JRISHeading1"/>
        <w:keepNext/>
      </w:pPr>
      <w:r>
        <w:rPr>
          <w:rFonts w:ascii="Times New Roman" w:hAnsi="Times New Roman" w:eastAsia="Times New Roman"/>
          <w:b/>
          <w:color w:val="17365D"/>
          <w:sz w:val="24"/>
        </w:rPr>
        <w:t>4. Discussion</w:t>
      </w:r>
    </w:p>
    <w:p>
      <w:pPr>
        <w:spacing w:before="0" w:after="80"/>
      </w:pPr>
      <w:r>
        <w:rPr>
          <w:rFonts w:ascii="Times New Roman" w:hAnsi="Times New Roman" w:eastAsia="Times New Roman"/>
          <w:i/>
          <w:color w:val="7F7F7F"/>
          <w:sz w:val="20"/>
        </w:rPr>
        <w:t>[Interpret the results, compare them with previous work, explain practical significance, and discuss limitations. Do not merely repeat the Results section.]</w:t>
      </w:r>
    </w:p>
    <w:p>
      <w:pPr>
        <w:pStyle w:val="JRISBody"/>
        <w:keepNext w:val="0"/>
        <w:spacing w:after="120"/>
      </w:pPr>
      <w:r>
        <w:rPr>
          <w:rFonts w:ascii="Times New Roman" w:hAnsi="Times New Roman" w:eastAsia="Times New Roman"/>
          <w:i w:val="0"/>
          <w:sz w:val="22"/>
        </w:rPr>
        <w:t>[Insert discussion text here.]</w:t>
      </w:r>
    </w:p>
    <w:p>
      <w:pPr>
        <w:pStyle w:val="JRISHeading1"/>
        <w:keepNext/>
      </w:pPr>
      <w:r>
        <w:rPr>
          <w:rFonts w:ascii="Times New Roman" w:hAnsi="Times New Roman" w:eastAsia="Times New Roman"/>
          <w:b/>
          <w:color w:val="17365D"/>
          <w:sz w:val="24"/>
        </w:rPr>
        <w:t>5. Conclusion</w:t>
      </w:r>
    </w:p>
    <w:p>
      <w:pPr>
        <w:spacing w:before="0" w:after="80"/>
      </w:pPr>
      <w:r>
        <w:rPr>
          <w:rFonts w:ascii="Times New Roman" w:hAnsi="Times New Roman" w:eastAsia="Times New Roman"/>
          <w:i/>
          <w:color w:val="7F7F7F"/>
          <w:sz w:val="20"/>
        </w:rPr>
        <w:t>[Summarize the main findings and contribution without introducing new results. Mention realistic future work when appropriate.]</w:t>
      </w:r>
    </w:p>
    <w:p>
      <w:pPr>
        <w:pStyle w:val="JRISBody"/>
        <w:keepNext w:val="0"/>
        <w:spacing w:after="120"/>
      </w:pPr>
      <w:r>
        <w:rPr>
          <w:rFonts w:ascii="Times New Roman" w:hAnsi="Times New Roman" w:eastAsia="Times New Roman"/>
          <w:i w:val="0"/>
          <w:sz w:val="22"/>
        </w:rPr>
        <w:t>[Insert conclusion text here.]</w:t>
      </w:r>
    </w:p>
    <w:p>
      <w:pPr>
        <w:pStyle w:val="JRISHeading1"/>
        <w:keepNext/>
      </w:pPr>
      <w:r>
        <w:rPr>
          <w:rFonts w:ascii="Times New Roman" w:hAnsi="Times New Roman" w:eastAsia="Times New Roman"/>
          <w:b/>
          <w:color w:val="17365D"/>
          <w:sz w:val="24"/>
        </w:rPr>
        <w:t>Acknowledgments</w:t>
      </w:r>
    </w:p>
    <w:p>
      <w:pPr>
        <w:pStyle w:val="JRISBody"/>
        <w:keepNext w:val="0"/>
        <w:spacing w:after="120"/>
      </w:pPr>
      <w:r>
        <w:rPr>
          <w:rFonts w:ascii="Times New Roman" w:hAnsi="Times New Roman" w:eastAsia="Times New Roman"/>
          <w:i w:val="0"/>
          <w:sz w:val="22"/>
        </w:rPr>
        <w:t>[Name individuals or organizations that contributed but do not meet authorship criteria. Write “Not applicable” when none.]</w:t>
      </w:r>
    </w:p>
    <w:p>
      <w:pPr>
        <w:pStyle w:val="JRISHeading1"/>
        <w:keepNext/>
      </w:pPr>
      <w:r>
        <w:rPr>
          <w:rFonts w:ascii="Times New Roman" w:hAnsi="Times New Roman" w:eastAsia="Times New Roman"/>
          <w:b/>
          <w:color w:val="17365D"/>
          <w:sz w:val="24"/>
        </w:rPr>
        <w:t>Author Contributions</w:t>
      </w:r>
    </w:p>
    <w:p>
      <w:pPr>
        <w:pStyle w:val="JRISBody"/>
        <w:keepNext w:val="0"/>
        <w:spacing w:after="120"/>
      </w:pPr>
      <w:r>
        <w:rPr>
          <w:rFonts w:ascii="Times New Roman" w:hAnsi="Times New Roman" w:eastAsia="Times New Roman"/>
          <w:i w:val="0"/>
          <w:sz w:val="22"/>
        </w:rPr>
        <w:t>[Use author initials and the CRediT roles where appropriate, for example: A.A.: Conceptualization, Methodology, Software, Writing—original draft. B.B.: Validation, Supervision, Writing—review and editing.]</w:t>
      </w:r>
    </w:p>
    <w:p>
      <w:pPr>
        <w:pStyle w:val="JRISHeading1"/>
        <w:keepNext/>
      </w:pPr>
      <w:r>
        <w:rPr>
          <w:rFonts w:ascii="Times New Roman" w:hAnsi="Times New Roman" w:eastAsia="Times New Roman"/>
          <w:b/>
          <w:color w:val="17365D"/>
          <w:sz w:val="24"/>
        </w:rPr>
        <w:t>Funding</w:t>
      </w:r>
    </w:p>
    <w:p>
      <w:pPr>
        <w:pStyle w:val="JRISBody"/>
        <w:keepNext w:val="0"/>
        <w:spacing w:after="120"/>
      </w:pPr>
      <w:r>
        <w:rPr>
          <w:rFonts w:ascii="Times New Roman" w:hAnsi="Times New Roman" w:eastAsia="Times New Roman"/>
          <w:i w:val="0"/>
          <w:sz w:val="22"/>
        </w:rPr>
        <w:t>[State the funding agency and grant number. Write “This research received no external funding” when applicable.]</w:t>
      </w:r>
    </w:p>
    <w:p>
      <w:pPr>
        <w:pStyle w:val="JRISHeading1"/>
        <w:keepNext/>
      </w:pPr>
      <w:r>
        <w:rPr>
          <w:rFonts w:ascii="Times New Roman" w:hAnsi="Times New Roman" w:eastAsia="Times New Roman"/>
          <w:b/>
          <w:color w:val="17365D"/>
          <w:sz w:val="24"/>
        </w:rPr>
        <w:t>Data Availability</w:t>
      </w:r>
    </w:p>
    <w:p>
      <w:pPr>
        <w:pStyle w:val="JRISBody"/>
        <w:keepNext w:val="0"/>
        <w:spacing w:after="120"/>
      </w:pPr>
      <w:r>
        <w:rPr>
          <w:rFonts w:ascii="Times New Roman" w:hAnsi="Times New Roman" w:eastAsia="Times New Roman"/>
          <w:i w:val="0"/>
          <w:sz w:val="22"/>
        </w:rPr>
        <w:t>[State where the data and code can be accessed, including a repository link or DOI. When sharing is restricted, explain the reason and access procedure.]</w:t>
      </w:r>
    </w:p>
    <w:p>
      <w:pPr>
        <w:pStyle w:val="JRISHeading1"/>
        <w:keepNext/>
      </w:pPr>
      <w:r>
        <w:rPr>
          <w:rFonts w:ascii="Times New Roman" w:hAnsi="Times New Roman" w:eastAsia="Times New Roman"/>
          <w:b/>
          <w:color w:val="17365D"/>
          <w:sz w:val="24"/>
        </w:rPr>
        <w:t>Ethics Statement</w:t>
      </w:r>
    </w:p>
    <w:p>
      <w:pPr>
        <w:pStyle w:val="JRISBody"/>
        <w:keepNext w:val="0"/>
        <w:spacing w:after="120"/>
      </w:pPr>
      <w:r>
        <w:rPr>
          <w:rFonts w:ascii="Times New Roman" w:hAnsi="Times New Roman" w:eastAsia="Times New Roman"/>
          <w:i w:val="0"/>
          <w:sz w:val="22"/>
        </w:rPr>
        <w:t>[For research involving humans, animals, or identifiable personal data, provide the approval body and reference number. Otherwise write “Not applicable”.]</w:t>
      </w:r>
    </w:p>
    <w:p>
      <w:pPr>
        <w:pStyle w:val="JRISHeading1"/>
        <w:keepNext/>
      </w:pPr>
      <w:r>
        <w:rPr>
          <w:rFonts w:ascii="Times New Roman" w:hAnsi="Times New Roman" w:eastAsia="Times New Roman"/>
          <w:b/>
          <w:color w:val="17365D"/>
          <w:sz w:val="24"/>
        </w:rPr>
        <w:t>Conflicts of Interest</w:t>
      </w:r>
    </w:p>
    <w:p>
      <w:pPr>
        <w:pStyle w:val="JRISBody"/>
        <w:keepNext w:val="0"/>
        <w:spacing w:after="120"/>
      </w:pPr>
      <w:r>
        <w:rPr>
          <w:rFonts w:ascii="Times New Roman" w:hAnsi="Times New Roman" w:eastAsia="Times New Roman"/>
          <w:i w:val="0"/>
          <w:sz w:val="22"/>
        </w:rPr>
        <w:t>[Declare any financial or non-financial conflicts. When none, write “The authors declare no conflict of interest.”]</w:t>
      </w:r>
    </w:p>
    <w:p>
      <w:pPr>
        <w:pStyle w:val="JRISHeading1"/>
        <w:keepNext/>
      </w:pPr>
      <w:r>
        <w:rPr>
          <w:rFonts w:ascii="Times New Roman" w:hAnsi="Times New Roman" w:eastAsia="Times New Roman"/>
          <w:b/>
          <w:color w:val="17365D"/>
          <w:sz w:val="24"/>
        </w:rPr>
        <w:t>Declaration of Generative AI Use</w:t>
      </w:r>
    </w:p>
    <w:p>
      <w:pPr>
        <w:pStyle w:val="JRISBody"/>
        <w:keepNext w:val="0"/>
        <w:spacing w:after="120"/>
      </w:pPr>
      <w:r>
        <w:rPr>
          <w:rFonts w:ascii="Times New Roman" w:hAnsi="Times New Roman" w:eastAsia="Times New Roman"/>
          <w:i w:val="0"/>
          <w:sz w:val="22"/>
        </w:rPr>
        <w:t>[Declare whether generative AI tools were used in manuscript preparation and describe their limited role. Authors remain responsible for accuracy, originality, citations, and the final content. Write “No generative AI tools were used” when applicable.]</w:t>
      </w:r>
    </w:p>
    <w:p>
      <w:pPr>
        <w:pStyle w:val="JRISHeading1"/>
        <w:keepNext/>
      </w:pPr>
      <w:r>
        <w:rPr>
          <w:rFonts w:ascii="Times New Roman" w:hAnsi="Times New Roman" w:eastAsia="Times New Roman"/>
          <w:b/>
          <w:color w:val="17365D"/>
          <w:sz w:val="24"/>
        </w:rPr>
        <w:t>References</w:t>
      </w:r>
    </w:p>
    <w:p>
      <w:pPr>
        <w:spacing w:before="0" w:after="80"/>
      </w:pPr>
      <w:r>
        <w:rPr>
          <w:rFonts w:ascii="Times New Roman" w:hAnsi="Times New Roman" w:eastAsia="Times New Roman"/>
          <w:i/>
          <w:color w:val="7F7F7F"/>
          <w:sz w:val="20"/>
        </w:rPr>
        <w:t>[List references in the order cited. Include DOIs when available. The examples below show the preferred simple numerical format.]</w:t>
      </w:r>
    </w:p>
    <w:p>
      <w:pPr>
        <w:pStyle w:val="JRISReference"/>
      </w:pPr>
      <w:r>
        <w:rPr>
          <w:rFonts w:ascii="Times New Roman" w:hAnsi="Times New Roman" w:eastAsia="Times New Roman"/>
          <w:color w:val="222222"/>
          <w:sz w:val="20"/>
        </w:rPr>
        <w:t>[1] A. A. Author and B. B. Author, “Title of journal article,” Journal Title, vol. 12, no. 3, pp. 100–112, 2026, doi: 10.xxxx/xxxxx.</w:t>
      </w:r>
    </w:p>
    <w:p>
      <w:pPr>
        <w:pStyle w:val="JRISReference"/>
      </w:pPr>
      <w:r>
        <w:rPr>
          <w:rFonts w:ascii="Times New Roman" w:hAnsi="Times New Roman" w:eastAsia="Times New Roman"/>
          <w:color w:val="222222"/>
          <w:sz w:val="20"/>
        </w:rPr>
        <w:t>[2] A. A. Author, Book Title, 2nd ed. City, Country: Publisher, 2025.</w:t>
      </w:r>
    </w:p>
    <w:p>
      <w:pPr>
        <w:pStyle w:val="JRISReference"/>
      </w:pPr>
      <w:r>
        <w:rPr>
          <w:rFonts w:ascii="Times New Roman" w:hAnsi="Times New Roman" w:eastAsia="Times New Roman"/>
          <w:color w:val="222222"/>
          <w:sz w:val="20"/>
        </w:rPr>
        <w:t>[3] A. A. Author, B. B. Author, and C. C. Author, “Title of conference paper,” in Proceedings of the Conference Name, City, Country, 2026, pp. 25–31.</w:t>
      </w:r>
    </w:p>
    <w:p>
      <w:pPr>
        <w:pStyle w:val="JRISReference"/>
      </w:pPr>
      <w:r>
        <w:rPr>
          <w:rFonts w:ascii="Times New Roman" w:hAnsi="Times New Roman" w:eastAsia="Times New Roman"/>
          <w:color w:val="222222"/>
          <w:sz w:val="20"/>
        </w:rPr>
        <w:t>[4] Organization Name, “Title of webpage or dataset,” Year. Accessed: Aug. 4, 2026. [Online]. Available: [URL]</w:t>
      </w:r>
    </w:p>
    <w:p>
      <w:pPr>
        <w:pStyle w:val="JRISHeading1"/>
        <w:keepNext/>
      </w:pPr>
      <w:r>
        <w:rPr>
          <w:rFonts w:ascii="Times New Roman" w:hAnsi="Times New Roman" w:eastAsia="Times New Roman"/>
          <w:b/>
          <w:color w:val="17365D"/>
          <w:sz w:val="24"/>
        </w:rPr>
        <w:t>Optional Supplementary Material</w:t>
      </w:r>
    </w:p>
    <w:p>
      <w:pPr>
        <w:pStyle w:val="JRISBody"/>
        <w:keepNext w:val="0"/>
        <w:spacing w:after="120"/>
      </w:pPr>
      <w:r>
        <w:rPr>
          <w:rFonts w:ascii="Times New Roman" w:hAnsi="Times New Roman" w:eastAsia="Times New Roman"/>
          <w:i w:val="0"/>
          <w:sz w:val="22"/>
        </w:rPr>
        <w:t>[List supplementary files, videos, datasets, code, appendices, or additional figures submitted with the manuscript. Delete this section when not applicable.]</w:t>
      </w:r>
    </w:p>
    <w:p>
      <w:pPr>
        <w:spacing w:before="240" w:after="80"/>
        <w:pBdr>
          <w:bottom w:val="single" w:sz="8" w:space="2" w:color="17365D"/>
        </w:pBdr>
      </w:pPr>
      <w:r>
        <w:rPr>
          <w:rFonts w:ascii="Times New Roman" w:hAnsi="Times New Roman" w:eastAsia="Times New Roman"/>
          <w:b/>
          <w:color w:val="17365D"/>
          <w:sz w:val="22"/>
        </w:rPr>
        <w:t>Final submission checklist</w:t>
      </w:r>
    </w:p>
    <w:p>
      <w:pPr>
        <w:pStyle w:val="JRISBody"/>
        <w:spacing w:after="40"/>
        <w:ind w:left="227" w:hanging="227"/>
      </w:pPr>
      <w:r>
        <w:rPr>
          <w:rFonts w:ascii="Times New Roman" w:hAnsi="Times New Roman" w:eastAsia="Times New Roman"/>
          <w:sz w:val="20"/>
        </w:rPr>
        <w:t>☐ All author names, affiliations, emails, and ORCID identifiers are correct.</w:t>
      </w:r>
    </w:p>
    <w:p>
      <w:pPr>
        <w:pStyle w:val="JRISBody"/>
        <w:spacing w:after="40"/>
        <w:ind w:left="227" w:hanging="227"/>
      </w:pPr>
      <w:r>
        <w:rPr>
          <w:rFonts w:ascii="Times New Roman" w:hAnsi="Times New Roman" w:eastAsia="Times New Roman"/>
          <w:sz w:val="20"/>
        </w:rPr>
        <w:t>☐ The abstract, keywords, figures, tables, equations, and references are complete.</w:t>
      </w:r>
    </w:p>
    <w:p>
      <w:pPr>
        <w:pStyle w:val="JRISBody"/>
        <w:spacing w:after="40"/>
        <w:ind w:left="227" w:hanging="227"/>
      </w:pPr>
      <w:r>
        <w:rPr>
          <w:rFonts w:ascii="Times New Roman" w:hAnsi="Times New Roman" w:eastAsia="Times New Roman"/>
          <w:sz w:val="20"/>
        </w:rPr>
        <w:t>☐ Every citation appears in the reference list and every reference is cited in the text.</w:t>
      </w:r>
    </w:p>
    <w:p>
      <w:pPr>
        <w:pStyle w:val="JRISBody"/>
        <w:spacing w:after="40"/>
        <w:ind w:left="227" w:hanging="227"/>
      </w:pPr>
      <w:r>
        <w:rPr>
          <w:rFonts w:ascii="Times New Roman" w:hAnsi="Times New Roman" w:eastAsia="Times New Roman"/>
          <w:sz w:val="20"/>
        </w:rPr>
        <w:t>☐ Figures are readable, permissions have been obtained, and confidential information has been removed.</w:t>
      </w:r>
    </w:p>
    <w:p>
      <w:pPr>
        <w:pStyle w:val="JRISBody"/>
        <w:spacing w:after="40"/>
        <w:ind w:left="227" w:hanging="227"/>
      </w:pPr>
      <w:r>
        <w:rPr>
          <w:rFonts w:ascii="Times New Roman" w:hAnsi="Times New Roman" w:eastAsia="Times New Roman"/>
          <w:sz w:val="20"/>
        </w:rPr>
        <w:t>☐ Funding, data availability, ethics, conflicts of interest, and AI-use declarations are included.</w:t>
      </w:r>
    </w:p>
    <w:sectPr w:rsidR="00FC693F" w:rsidRPr="0006063C" w:rsidSect="00034616">
      <w:headerReference w:type="default" r:id="rId9"/>
      <w:footerReference w:type="default" r:id="rId10"/>
      <w:pgSz w:w="11906" w:h="16838"/>
      <w:pgMar w:top="1247" w:right="1417" w:bottom="1134" w:left="141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tblBorders>
    </w:tblPr>
    <w:tblGrid>
      <w:gridCol w:w="3061"/>
      <w:gridCol w:w="2948"/>
      <w:gridCol w:w="3061"/>
    </w:tblGrid>
    <w:tr>
      <w:tc>
        <w:tcPr>
          <w:tcW w:type="dxa" w:w="3024"/>
          <w:tcMar>
            <w:top w:w="0" w:type="dxa"/>
            <w:start w:w="0" w:type="dxa"/>
            <w:bottom w:w="0" w:type="dxa"/>
            <w:end w:w="0" w:type="dxa"/>
          </w:tcMar>
          <w:vAlign w:val="center"/>
        </w:tcPr>
        <w:p>
          <w:pPr>
            <w:jc w:val="left"/>
          </w:pPr>
          <w:r>
            <w:rPr>
              <w:rFonts w:ascii="Times New Roman" w:hAnsi="Times New Roman" w:eastAsia="Times New Roman"/>
              <w:color w:val="7F7F7F"/>
              <w:sz w:val="16"/>
            </w:rPr>
            <w:t>Birmand Scientific Publishing Ltd</w:t>
          </w:r>
        </w:p>
      </w:tc>
      <w:tc>
        <w:tcPr>
          <w:tcW w:type="dxa" w:w="3024"/>
          <w:tcMar>
            <w:top w:w="0" w:type="dxa"/>
            <w:start w:w="0" w:type="dxa"/>
            <w:bottom w:w="0" w:type="dxa"/>
            <w:end w:w="0" w:type="dxa"/>
          </w:tcMar>
          <w:vAlign w:val="center"/>
        </w:tcPr>
        <w:p>
          <w:pPr>
            <w:jc w:val="center"/>
          </w:pPr>
          <w:r>
            <w:rPr>
              <w:rFonts w:ascii="Times New Roman" w:hAnsi="Times New Roman" w:eastAsia="Times New Roman"/>
              <w:color w:val="7F7F7F"/>
              <w:sz w:val="18"/>
            </w:rPr>
            <w:fldChar w:fldCharType="begin"/>
            <w:instrText xml:space="preserve"> PAGE </w:instrText>
            <w:fldChar w:fldCharType="end"/>
          </w:r>
        </w:p>
      </w:tc>
      <w:tc>
        <w:tcPr>
          <w:tcW w:type="dxa" w:w="3024"/>
          <w:tcMar>
            <w:top w:w="0" w:type="dxa"/>
            <w:start w:w="0" w:type="dxa"/>
            <w:bottom w:w="0" w:type="dxa"/>
            <w:end w:w="0" w:type="dxa"/>
          </w:tcMar>
          <w:vAlign w:val="center"/>
        </w:tcPr>
        <w:p>
          <w:pPr>
            <w:jc w:val="right"/>
          </w:pPr>
          <w:hyperlink r:id="rId1">
            <w:r>
              <w:rPr>
                <w:rFonts w:ascii="Times New Roman" w:hAnsi="Times New Roman"/>
                <w:color w:val="7F7F7F"/>
                <w:sz w:val="20"/>
              </w:rPr>
              <w:t>www.birmandpublishing.com</w:t>
            </w:r>
          </w:hyperlink>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20"/>
      <w:jc w:val="left"/>
      <w:pBdr>
        <w:bottom w:val="single" w:sz="8" w:space="2" w:color="17365D"/>
      </w:pBdr>
    </w:pPr>
    <w:r>
      <w:rPr>
        <w:rFonts w:ascii="Times New Roman" w:hAnsi="Times New Roman" w:eastAsia="Times New Roman"/>
        <w:b/>
        <w:color w:val="17365D"/>
        <w:sz w:val="18"/>
      </w:rPr>
      <w:t>JRIS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RISBody">
    <w:name w:val="JRIS Body"/>
    <w:pPr>
      <w:spacing w:before="0" w:after="120" w:line="276" w:lineRule="auto"/>
      <w:ind w:firstLine="0"/>
      <w:jc w:val="both"/>
    </w:pPr>
    <w:rPr>
      <w:rFonts w:ascii="Times New Roman" w:hAnsi="Times New Roman"/>
      <w:b w:val="0"/>
      <w:color w:val="222222"/>
      <w:sz w:val="22"/>
    </w:rPr>
  </w:style>
  <w:style w:type="paragraph" w:customStyle="1" w:styleId="JRISHeading1">
    <w:name w:val="JRIS Heading 1"/>
    <w:pPr>
      <w:spacing w:before="240" w:after="100" w:line="276" w:lineRule="auto"/>
    </w:pPr>
    <w:rPr>
      <w:rFonts w:ascii="Times New Roman" w:hAnsi="Times New Roman"/>
      <w:b/>
      <w:color w:val="17365D"/>
      <w:sz w:val="24"/>
    </w:rPr>
  </w:style>
  <w:style w:type="paragraph" w:customStyle="1" w:styleId="JRISHeading2">
    <w:name w:val="JRIS Heading 2"/>
    <w:pPr>
      <w:spacing w:before="160" w:after="60" w:line="276" w:lineRule="auto"/>
    </w:pPr>
    <w:rPr>
      <w:rFonts w:ascii="Times New Roman" w:hAnsi="Times New Roman"/>
      <w:b/>
      <w:color w:val="222222"/>
      <w:sz w:val="22"/>
    </w:rPr>
  </w:style>
  <w:style w:type="paragraph" w:customStyle="1" w:styleId="JRISCaption">
    <w:name w:val="JRIS Caption"/>
    <w:pPr>
      <w:spacing w:before="40" w:after="160" w:line="276" w:lineRule="auto"/>
    </w:pPr>
    <w:rPr>
      <w:rFonts w:ascii="Times New Roman" w:hAnsi="Times New Roman"/>
      <w:b w:val="0"/>
      <w:color w:val="222222"/>
      <w:sz w:val="20"/>
    </w:rPr>
  </w:style>
  <w:style w:type="paragraph" w:customStyle="1" w:styleId="JRISReference">
    <w:name w:val="JRIS Reference"/>
    <w:pPr>
      <w:spacing w:before="0" w:after="60" w:line="276" w:lineRule="auto"/>
      <w:ind w:left="369" w:hanging="369"/>
    </w:pPr>
    <w:rPr>
      <w:rFonts w:ascii="Times New Roman" w:hAnsi="Times New Roman"/>
      <w:b w:val="0"/>
      <w:color w:val="222222"/>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mailto:privacy@birmandpublishing.com" TargetMode="External"/><Relationship Id="rId12" Type="http://schemas.openxmlformats.org/officeDocument/2006/relationships/hyperlink" Target="https://www.birmandpublishing.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birmandpublish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JRIS Manuscript Template</dc:title>
  <dc:subject>Journal of Robotics and Intelligent Systems manuscript submission template</dc:subject>
  <dc:creator>Birmand Scientific Publishing Ltd</dc:creator>
  <cp:keywords>JRIS, manuscript template, robotics, intelligent systems</cp:keywords>
  <dc:description>Prepared for Journal of Robotics and Intelligent Systems (JRIS).</dc:description>
  <cp:lastModifiedBy/>
  <cp:revision>1</cp:revision>
  <dcterms:created xsi:type="dcterms:W3CDTF">2013-12-23T23:15:00Z</dcterms:created>
  <dcterms:modified xsi:type="dcterms:W3CDTF">2013-12-23T23:15:00Z</dcterms:modified>
  <cp:category/>
</cp:coreProperties>
</file>